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FCD2DC" w14:textId="77777777" w:rsidR="004D4D35" w:rsidRPr="00E060AF" w:rsidRDefault="008F4BED" w:rsidP="00E060AF">
      <w:pPr>
        <w:pStyle w:val="Nadpis1"/>
        <w:rPr>
          <w:rFonts w:ascii="Times New Roman" w:hAnsi="Times New Roman" w:cs="Times New Roman"/>
          <w:lang w:val="cs-CZ"/>
        </w:rPr>
      </w:pPr>
      <w:r w:rsidRPr="00E060AF">
        <w:rPr>
          <w:rFonts w:ascii="Times New Roman" w:hAnsi="Times New Roman" w:cs="Times New Roman"/>
          <w:lang w:val="cs-CZ"/>
        </w:rPr>
        <w:t>ŽÁDOST O PŘIJETÍ DÍTĚTE K PŘEDŠKOLNÍMU VZDĚLÁVÁNÍ</w:t>
      </w:r>
    </w:p>
    <w:p w14:paraId="17A3524C" w14:textId="404CF21D" w:rsidR="00CE7E89" w:rsidRPr="00395DF0" w:rsidRDefault="00CE7E89" w:rsidP="00E060AF">
      <w:pPr>
        <w:spacing w:line="240" w:lineRule="auto"/>
        <w:jc w:val="both"/>
        <w:rPr>
          <w:rFonts w:ascii="Times New Roman" w:hAnsi="Times New Roman" w:cs="Times New Roman"/>
          <w:b/>
          <w:w w:val="105"/>
          <w:sz w:val="20"/>
          <w:szCs w:val="20"/>
          <w:lang w:val="cs-CZ"/>
        </w:rPr>
      </w:pP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Na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základě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§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34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zákona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č.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561/2004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Sb.,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o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předškolním,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základním,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středním,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vyšším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odborném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a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jiném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vzdělávání</w:t>
      </w:r>
      <w:r w:rsidRPr="00E060AF">
        <w:rPr>
          <w:rFonts w:ascii="Times New Roman" w:hAnsi="Times New Roman" w:cs="Times New Roman"/>
          <w:spacing w:val="40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 xml:space="preserve">(školský zákon), ve znění pozdějších předpisů, žádám jako zákonný zástupce dítěte o </w:t>
      </w:r>
      <w:r w:rsidRPr="00E060AF">
        <w:rPr>
          <w:rFonts w:ascii="Times New Roman" w:hAnsi="Times New Roman" w:cs="Times New Roman"/>
          <w:b/>
          <w:w w:val="105"/>
          <w:sz w:val="20"/>
          <w:szCs w:val="20"/>
          <w:lang w:val="cs-CZ"/>
        </w:rPr>
        <w:t>přijetí d</w:t>
      </w:r>
      <w:r w:rsidR="00395DF0">
        <w:rPr>
          <w:rFonts w:ascii="Times New Roman" w:hAnsi="Times New Roman" w:cs="Times New Roman"/>
          <w:b/>
          <w:w w:val="105"/>
          <w:sz w:val="20"/>
          <w:szCs w:val="20"/>
          <w:lang w:val="cs-CZ"/>
        </w:rPr>
        <w:t>ítěte k předškolnímu vzdělávání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 xml:space="preserve"> od 1.</w:t>
      </w:r>
      <w:r w:rsidR="00D64071">
        <w:rPr>
          <w:rFonts w:ascii="Times New Roman" w:hAnsi="Times New Roman" w:cs="Times New Roman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9.</w:t>
      </w:r>
      <w:r w:rsidR="00D64071">
        <w:rPr>
          <w:rFonts w:ascii="Times New Roman" w:hAnsi="Times New Roman" w:cs="Times New Roman"/>
          <w:w w:val="105"/>
          <w:sz w:val="20"/>
          <w:szCs w:val="20"/>
          <w:lang w:val="cs-CZ"/>
        </w:rPr>
        <w:t xml:space="preserve"> </w:t>
      </w:r>
      <w:r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>2026 v mateřské škole, jejíž činnost vykonává</w:t>
      </w:r>
      <w:r w:rsidR="00705B75" w:rsidRPr="00E060AF">
        <w:rPr>
          <w:rFonts w:ascii="Times New Roman" w:hAnsi="Times New Roman" w:cs="Times New Roman"/>
          <w:w w:val="105"/>
          <w:sz w:val="20"/>
          <w:szCs w:val="20"/>
          <w:lang w:val="cs-CZ"/>
        </w:rPr>
        <w:t xml:space="preserve"> </w:t>
      </w:r>
      <w:r w:rsidR="00395DF0">
        <w:rPr>
          <w:rFonts w:ascii="Times New Roman" w:hAnsi="Times New Roman" w:cs="Times New Roman"/>
          <w:w w:val="105"/>
          <w:sz w:val="20"/>
          <w:szCs w:val="20"/>
          <w:lang w:val="cs-CZ"/>
        </w:rPr>
        <w:t xml:space="preserve">    </w:t>
      </w:r>
      <w:r w:rsidR="00395DF0" w:rsidRPr="009F3243">
        <w:rPr>
          <w:rFonts w:ascii="Times New Roman" w:hAnsi="Times New Roman" w:cs="Times New Roman"/>
          <w:color w:val="FFFFFF" w:themeColor="background1"/>
          <w:w w:val="105"/>
          <w:sz w:val="20"/>
          <w:szCs w:val="20"/>
          <w:lang w:val="cs-CZ"/>
        </w:rPr>
        <w:t xml:space="preserve"> </w:t>
      </w:r>
      <w:r w:rsidR="009F3243" w:rsidRPr="009F3243">
        <w:rPr>
          <w:rFonts w:ascii="Times New Roman" w:hAnsi="Times New Roman" w:cs="Times New Roman"/>
          <w:color w:val="FFFFFF" w:themeColor="background1"/>
          <w:w w:val="105"/>
          <w:sz w:val="20"/>
          <w:szCs w:val="20"/>
          <w:lang w:val="cs-CZ"/>
        </w:rPr>
        <w:t>.       .</w:t>
      </w:r>
      <w:r w:rsidR="009F3243">
        <w:rPr>
          <w:rFonts w:ascii="Times New Roman" w:hAnsi="Times New Roman" w:cs="Times New Roman"/>
          <w:w w:val="105"/>
          <w:sz w:val="20"/>
          <w:szCs w:val="20"/>
          <w:lang w:val="cs-CZ"/>
        </w:rPr>
        <w:t xml:space="preserve">               </w:t>
      </w:r>
      <w:r w:rsidR="005F6F1B">
        <w:rPr>
          <w:rFonts w:ascii="Times New Roman" w:hAnsi="Times New Roman" w:cs="Times New Roman"/>
          <w:w w:val="105"/>
          <w:sz w:val="20"/>
          <w:szCs w:val="20"/>
          <w:lang w:val="cs-CZ"/>
        </w:rPr>
        <w:t xml:space="preserve">                   </w:t>
      </w:r>
      <w:r w:rsidR="00395DF0" w:rsidRPr="009F3243">
        <w:rPr>
          <w:rFonts w:ascii="Times New Roman" w:hAnsi="Times New Roman" w:cs="Times New Roman"/>
          <w:b/>
          <w:w w:val="105"/>
          <w:sz w:val="24"/>
          <w:szCs w:val="24"/>
          <w:lang w:val="cs-CZ"/>
        </w:rPr>
        <w:t>Mateřská škola, Praha 7, Nad Štolou 6</w:t>
      </w:r>
      <w:r w:rsidR="00395DF0">
        <w:rPr>
          <w:rFonts w:ascii="Times New Roman" w:hAnsi="Times New Roman" w:cs="Times New Roman"/>
          <w:b/>
          <w:w w:val="105"/>
          <w:sz w:val="20"/>
          <w:szCs w:val="20"/>
          <w:lang w:val="cs-CZ"/>
        </w:rPr>
        <w:t xml:space="preserve">      </w:t>
      </w:r>
      <w:r w:rsidR="00395DF0">
        <w:rPr>
          <w:rFonts w:ascii="Times New Roman" w:hAnsi="Times New Roman" w:cs="Times New Roman"/>
          <w:b/>
          <w:noProof/>
          <w:w w:val="105"/>
          <w:sz w:val="20"/>
          <w:szCs w:val="20"/>
          <w:lang w:val="cs-CZ" w:eastAsia="cs-CZ"/>
        </w:rPr>
        <w:drawing>
          <wp:inline distT="0" distB="0" distL="0" distR="0" wp14:anchorId="70738FBE" wp14:editId="690B3DDF">
            <wp:extent cx="419100" cy="512233"/>
            <wp:effectExtent l="0" t="0" r="0" b="254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187" cy="518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B32AD5" w14:textId="2A58EB83" w:rsidR="009F3243" w:rsidRPr="009F3243" w:rsidRDefault="00823610" w:rsidP="00E060AF">
      <w:pPr>
        <w:pBdr>
          <w:bottom w:val="single" w:sz="4" w:space="1" w:color="auto"/>
        </w:pBdr>
        <w:rPr>
          <w:rFonts w:ascii="Times New Roman" w:hAnsi="Times New Roman" w:cs="Times New Roman"/>
          <w:b/>
          <w:sz w:val="24"/>
          <w:szCs w:val="24"/>
          <w:lang w:val="cs-CZ"/>
        </w:rPr>
      </w:pPr>
      <w:r>
        <w:rPr>
          <w:rFonts w:ascii="Times New Roman" w:hAnsi="Times New Roman" w:cs="Times New Roman"/>
          <w:b/>
          <w:sz w:val="24"/>
          <w:szCs w:val="24"/>
          <w:lang w:val="cs-CZ"/>
        </w:rPr>
        <w:t>Pracoviště</w:t>
      </w:r>
      <w:r w:rsidR="005F6F1B">
        <w:rPr>
          <w:rFonts w:ascii="Times New Roman" w:hAnsi="Times New Roman" w:cs="Times New Roman"/>
          <w:b/>
          <w:sz w:val="24"/>
          <w:szCs w:val="24"/>
          <w:lang w:val="cs-CZ"/>
        </w:rPr>
        <w:t xml:space="preserve">         </w:t>
      </w:r>
      <w:r w:rsidR="005F6F1B" w:rsidRPr="00CB073C">
        <w:rPr>
          <w:rFonts w:ascii="Cambria Math" w:hAnsi="Cambria Math" w:cs="Cambria Math"/>
          <w:sz w:val="24"/>
          <w:szCs w:val="24"/>
          <w:lang w:val="cs-CZ"/>
        </w:rPr>
        <w:t>⎕</w:t>
      </w:r>
      <w:r w:rsidR="005F6F1B">
        <w:rPr>
          <w:rFonts w:ascii="Cambria Math" w:hAnsi="Cambria Math" w:cs="Cambria Math"/>
          <w:sz w:val="24"/>
          <w:szCs w:val="24"/>
          <w:lang w:val="cs-CZ"/>
        </w:rPr>
        <w:t xml:space="preserve"> </w:t>
      </w:r>
      <w:r w:rsidR="005F6F1B" w:rsidRPr="005F6F1B">
        <w:rPr>
          <w:rFonts w:ascii="Times New Roman" w:hAnsi="Times New Roman" w:cs="Times New Roman"/>
          <w:b/>
          <w:sz w:val="24"/>
          <w:szCs w:val="24"/>
          <w:lang w:val="cs-CZ"/>
        </w:rPr>
        <w:t xml:space="preserve">MŠ Nad Štolou </w:t>
      </w:r>
      <w:r w:rsidR="005F6F1B" w:rsidRPr="005F6F1B">
        <w:rPr>
          <w:rFonts w:ascii="Times New Roman" w:hAnsi="Times New Roman" w:cs="Times New Roman"/>
          <w:b/>
          <w:sz w:val="24"/>
          <w:szCs w:val="24"/>
          <w:lang w:val="cs-C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cs-CZ"/>
        </w:rPr>
        <w:t xml:space="preserve">  </w:t>
      </w:r>
      <w:r w:rsidR="005F6F1B" w:rsidRPr="005F6F1B">
        <w:rPr>
          <w:rFonts w:ascii="Times New Roman" w:hAnsi="Times New Roman" w:cs="Times New Roman"/>
          <w:b/>
          <w:sz w:val="24"/>
          <w:szCs w:val="24"/>
          <w:lang w:val="cs-CZ"/>
        </w:rPr>
        <w:t xml:space="preserve"> </w:t>
      </w:r>
      <w:r w:rsidR="005F6F1B">
        <w:rPr>
          <w:rFonts w:ascii="Times New Roman" w:hAnsi="Times New Roman" w:cs="Times New Roman"/>
          <w:b/>
          <w:sz w:val="24"/>
          <w:szCs w:val="24"/>
          <w:lang w:val="cs-CZ"/>
        </w:rPr>
        <w:t xml:space="preserve"> </w:t>
      </w:r>
      <w:r w:rsidR="005F6F1B" w:rsidRPr="005F6F1B">
        <w:rPr>
          <w:rFonts w:ascii="Times New Roman" w:hAnsi="Times New Roman" w:cs="Times New Roman"/>
          <w:b/>
          <w:sz w:val="24"/>
          <w:szCs w:val="24"/>
          <w:lang w:val="cs-CZ"/>
        </w:rPr>
        <w:t xml:space="preserve">   </w:t>
      </w:r>
      <w:r w:rsidR="005F6F1B" w:rsidRPr="00CB073C">
        <w:rPr>
          <w:rFonts w:ascii="Cambria Math" w:hAnsi="Cambria Math" w:cs="Cambria Math"/>
          <w:sz w:val="24"/>
          <w:szCs w:val="24"/>
          <w:lang w:val="cs-CZ"/>
        </w:rPr>
        <w:t>⎕</w:t>
      </w:r>
      <w:r w:rsidR="005F6F1B" w:rsidRPr="005F6F1B">
        <w:rPr>
          <w:rFonts w:ascii="Times New Roman" w:hAnsi="Times New Roman" w:cs="Times New Roman"/>
          <w:b/>
          <w:sz w:val="24"/>
          <w:szCs w:val="24"/>
          <w:lang w:val="cs-CZ"/>
        </w:rPr>
        <w:t xml:space="preserve"> </w:t>
      </w:r>
      <w:r w:rsidR="005F6F1B" w:rsidRPr="005F6F1B">
        <w:rPr>
          <w:rFonts w:ascii="Times New Roman" w:hAnsi="Times New Roman" w:cs="Times New Roman"/>
          <w:b/>
          <w:sz w:val="24"/>
          <w:szCs w:val="24"/>
          <w:lang w:val="cs-CZ"/>
        </w:rPr>
        <w:t xml:space="preserve">MŠ Janovského </w:t>
      </w:r>
      <w:r w:rsidR="005F6F1B" w:rsidRPr="005F6F1B">
        <w:rPr>
          <w:rFonts w:ascii="Times New Roman" w:hAnsi="Times New Roman" w:cs="Times New Roman"/>
          <w:b/>
          <w:sz w:val="24"/>
          <w:szCs w:val="24"/>
          <w:lang w:val="cs-CZ"/>
        </w:rPr>
        <w:t xml:space="preserve">             </w:t>
      </w:r>
      <w:r w:rsidRPr="00CB073C">
        <w:rPr>
          <w:rFonts w:ascii="Cambria Math" w:hAnsi="Cambria Math" w:cs="Cambria Math"/>
          <w:sz w:val="24"/>
          <w:szCs w:val="24"/>
          <w:lang w:val="cs-CZ"/>
        </w:rPr>
        <w:t>⎕</w:t>
      </w:r>
      <w:r w:rsidR="005F6F1B" w:rsidRPr="005F6F1B">
        <w:rPr>
          <w:rFonts w:ascii="Times New Roman" w:hAnsi="Times New Roman" w:cs="Times New Roman"/>
          <w:b/>
          <w:sz w:val="24"/>
          <w:szCs w:val="24"/>
          <w:lang w:val="cs-CZ"/>
        </w:rPr>
        <w:t xml:space="preserve"> </w:t>
      </w:r>
      <w:r w:rsidR="005F6F1B" w:rsidRPr="005F6F1B">
        <w:rPr>
          <w:rFonts w:ascii="Times New Roman" w:hAnsi="Times New Roman" w:cs="Times New Roman"/>
          <w:b/>
          <w:sz w:val="24"/>
          <w:szCs w:val="24"/>
          <w:lang w:val="cs-CZ"/>
        </w:rPr>
        <w:t>MŠ Tusarova</w:t>
      </w:r>
    </w:p>
    <w:p w14:paraId="457101F0" w14:textId="6853F38C" w:rsidR="004D4D35" w:rsidRPr="00E060AF" w:rsidRDefault="008F4BED" w:rsidP="00E060AF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cs-CZ"/>
        </w:rPr>
      </w:pPr>
      <w:r w:rsidRPr="00E060AF">
        <w:rPr>
          <w:rFonts w:ascii="Times New Roman" w:hAnsi="Times New Roman" w:cs="Times New Roman"/>
          <w:sz w:val="24"/>
          <w:szCs w:val="24"/>
          <w:lang w:val="cs-CZ"/>
        </w:rPr>
        <w:t>Jméno a příjmení dítěte: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 xml:space="preserve"> </w:t>
      </w:r>
    </w:p>
    <w:p w14:paraId="282FF90D" w14:textId="21D8682B" w:rsidR="00CE7E89" w:rsidRPr="00E060AF" w:rsidRDefault="008F4BED" w:rsidP="00CE7E89">
      <w:pPr>
        <w:rPr>
          <w:rFonts w:ascii="Times New Roman" w:hAnsi="Times New Roman" w:cs="Times New Roman"/>
          <w:sz w:val="24"/>
          <w:szCs w:val="24"/>
          <w:lang w:val="cs-CZ"/>
        </w:rPr>
      </w:pPr>
      <w:r w:rsidRPr="00E060AF">
        <w:rPr>
          <w:rFonts w:ascii="Times New Roman" w:hAnsi="Times New Roman" w:cs="Times New Roman"/>
          <w:sz w:val="24"/>
          <w:szCs w:val="24"/>
          <w:lang w:val="cs-CZ"/>
        </w:rPr>
        <w:t>Datum narození: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 xml:space="preserve"> </w:t>
      </w:r>
      <w:proofErr w:type="gramStart"/>
      <w:r w:rsidR="00CF2B4F">
        <w:rPr>
          <w:rFonts w:ascii="Times New Roman" w:hAnsi="Times New Roman" w:cs="Times New Roman"/>
          <w:sz w:val="24"/>
          <w:szCs w:val="24"/>
          <w:lang w:val="cs-CZ"/>
        </w:rPr>
        <w:t>___.___.20____</w:t>
      </w:r>
      <w:proofErr w:type="gramEnd"/>
      <w:r w:rsidR="00014684" w:rsidRPr="00E060AF" w:rsidDel="00014684">
        <w:rPr>
          <w:rFonts w:ascii="Times New Roman" w:hAnsi="Times New Roman" w:cs="Times New Roman"/>
          <w:sz w:val="24"/>
          <w:szCs w:val="24"/>
          <w:lang w:val="cs-CZ"/>
        </w:rPr>
        <w:t xml:space="preserve"> </w:t>
      </w:r>
    </w:p>
    <w:p w14:paraId="2F5F655D" w14:textId="1A71E121" w:rsidR="004D4D35" w:rsidRPr="00E060AF" w:rsidRDefault="008F4BED" w:rsidP="00E060AF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cs-CZ"/>
        </w:rPr>
      </w:pPr>
      <w:r w:rsidRPr="00E060AF">
        <w:rPr>
          <w:rFonts w:ascii="Times New Roman" w:hAnsi="Times New Roman" w:cs="Times New Roman"/>
          <w:sz w:val="24"/>
          <w:szCs w:val="24"/>
          <w:lang w:val="cs-CZ"/>
        </w:rPr>
        <w:t>Adresa trvalého pobytu:</w:t>
      </w:r>
    </w:p>
    <w:p w14:paraId="2D03F85B" w14:textId="6B10F99B" w:rsidR="00CE7E89" w:rsidRPr="00E060AF" w:rsidRDefault="008F4BED" w:rsidP="00CE7E89">
      <w:pPr>
        <w:rPr>
          <w:rFonts w:ascii="Times New Roman" w:hAnsi="Times New Roman" w:cs="Times New Roman"/>
          <w:sz w:val="24"/>
          <w:szCs w:val="24"/>
          <w:lang w:val="cs-CZ"/>
        </w:rPr>
      </w:pPr>
      <w:r w:rsidRPr="00E060AF">
        <w:rPr>
          <w:rFonts w:ascii="Times New Roman" w:hAnsi="Times New Roman" w:cs="Times New Roman"/>
          <w:sz w:val="24"/>
          <w:szCs w:val="24"/>
          <w:lang w:val="cs-CZ"/>
        </w:rPr>
        <w:t>Státní občanství: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 xml:space="preserve"> _______________________</w:t>
      </w:r>
      <w:r w:rsidR="00CE7E89" w:rsidRPr="00E060AF">
        <w:rPr>
          <w:rFonts w:ascii="Times New Roman" w:hAnsi="Times New Roman" w:cs="Times New Roman"/>
          <w:sz w:val="24"/>
          <w:szCs w:val="24"/>
          <w:lang w:val="cs-CZ"/>
        </w:rPr>
        <w:t xml:space="preserve"> Zdravotní pojišťovna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>: ________________</w:t>
      </w:r>
    </w:p>
    <w:p w14:paraId="7212A720" w14:textId="35FDF309" w:rsidR="004D4D35" w:rsidRPr="00E060AF" w:rsidRDefault="008F4BED">
      <w:pPr>
        <w:pStyle w:val="Nadpis2"/>
        <w:rPr>
          <w:rFonts w:ascii="Times New Roman" w:hAnsi="Times New Roman" w:cs="Times New Roman"/>
          <w:lang w:val="cs-CZ"/>
        </w:rPr>
      </w:pPr>
      <w:r w:rsidRPr="00E060AF">
        <w:rPr>
          <w:rFonts w:ascii="Times New Roman" w:hAnsi="Times New Roman" w:cs="Times New Roman"/>
          <w:lang w:val="cs-CZ"/>
        </w:rPr>
        <w:t>Údaje o zákonném zástupci</w:t>
      </w:r>
    </w:p>
    <w:p w14:paraId="02D81ECD" w14:textId="53C75808" w:rsidR="004D4D35" w:rsidRPr="00E060AF" w:rsidRDefault="008F4BED">
      <w:pPr>
        <w:rPr>
          <w:rFonts w:ascii="Times New Roman" w:hAnsi="Times New Roman" w:cs="Times New Roman"/>
          <w:sz w:val="24"/>
          <w:szCs w:val="24"/>
          <w:lang w:val="cs-CZ"/>
        </w:rPr>
      </w:pPr>
      <w:r w:rsidRPr="00E060AF">
        <w:rPr>
          <w:rFonts w:ascii="Times New Roman" w:hAnsi="Times New Roman" w:cs="Times New Roman"/>
          <w:sz w:val="24"/>
          <w:szCs w:val="24"/>
          <w:lang w:val="cs-CZ"/>
        </w:rPr>
        <w:t>Jméno a příjmení</w:t>
      </w:r>
      <w:r w:rsidR="00CF2B4F" w:rsidRPr="00E060AF">
        <w:rPr>
          <w:rFonts w:ascii="Times New Roman" w:hAnsi="Times New Roman" w:cs="Times New Roman"/>
          <w:sz w:val="24"/>
          <w:szCs w:val="24"/>
          <w:lang w:val="cs-CZ"/>
        </w:rPr>
        <w:t>: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 xml:space="preserve"> _________________________________________________________</w:t>
      </w:r>
    </w:p>
    <w:p w14:paraId="1583E1EA" w14:textId="21891049" w:rsidR="004D4D35" w:rsidRPr="00E060AF" w:rsidRDefault="008F4BED">
      <w:pPr>
        <w:rPr>
          <w:rFonts w:ascii="Times New Roman" w:hAnsi="Times New Roman" w:cs="Times New Roman"/>
          <w:sz w:val="24"/>
          <w:szCs w:val="24"/>
          <w:lang w:val="cs-CZ"/>
        </w:rPr>
      </w:pPr>
      <w:r w:rsidRPr="00E060AF">
        <w:rPr>
          <w:rFonts w:ascii="Times New Roman" w:hAnsi="Times New Roman" w:cs="Times New Roman"/>
          <w:sz w:val="24"/>
          <w:szCs w:val="24"/>
          <w:lang w:val="cs-CZ"/>
        </w:rPr>
        <w:t>Datum narození: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 xml:space="preserve"> __________________________________________________________</w:t>
      </w:r>
    </w:p>
    <w:p w14:paraId="3511AE83" w14:textId="62E4CA8E" w:rsidR="004D4D35" w:rsidRPr="00E060AF" w:rsidRDefault="008F4BED">
      <w:pPr>
        <w:rPr>
          <w:rFonts w:ascii="Times New Roman" w:hAnsi="Times New Roman" w:cs="Times New Roman"/>
          <w:sz w:val="24"/>
          <w:szCs w:val="24"/>
          <w:lang w:val="cs-CZ"/>
        </w:rPr>
      </w:pPr>
      <w:r w:rsidRPr="00E060AF">
        <w:rPr>
          <w:rFonts w:ascii="Times New Roman" w:hAnsi="Times New Roman" w:cs="Times New Roman"/>
          <w:sz w:val="24"/>
          <w:szCs w:val="24"/>
          <w:lang w:val="cs-CZ"/>
        </w:rPr>
        <w:t>Adresa trvalého pobytu: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 xml:space="preserve"> ____________________________________________________</w:t>
      </w:r>
    </w:p>
    <w:p w14:paraId="36C3DE9B" w14:textId="7E3B969A" w:rsidR="000E5067" w:rsidRPr="00E060AF" w:rsidRDefault="000E5067">
      <w:pPr>
        <w:rPr>
          <w:rFonts w:ascii="Times New Roman" w:hAnsi="Times New Roman" w:cs="Times New Roman"/>
          <w:sz w:val="24"/>
          <w:szCs w:val="24"/>
          <w:lang w:val="cs-CZ"/>
        </w:rPr>
      </w:pPr>
      <w:r w:rsidRPr="00E060AF">
        <w:rPr>
          <w:rFonts w:ascii="Times New Roman" w:hAnsi="Times New Roman" w:cs="Times New Roman"/>
          <w:sz w:val="24"/>
          <w:szCs w:val="24"/>
          <w:lang w:val="cs-CZ"/>
        </w:rPr>
        <w:t>Adresa pro doručení písemností: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 xml:space="preserve"> _____________________________________________</w:t>
      </w:r>
    </w:p>
    <w:p w14:paraId="33210276" w14:textId="58531A9D" w:rsidR="00CF2B4F" w:rsidRDefault="00F832F1">
      <w:pPr>
        <w:rPr>
          <w:rFonts w:ascii="Times New Roman" w:hAnsi="Times New Roman" w:cs="Times New Roman"/>
          <w:sz w:val="24"/>
          <w:szCs w:val="24"/>
          <w:lang w:val="cs-CZ"/>
        </w:rPr>
      </w:pPr>
      <w:r>
        <w:rPr>
          <w:rFonts w:ascii="Times New Roman" w:hAnsi="Times New Roman" w:cs="Times New Roman"/>
          <w:sz w:val="24"/>
          <w:szCs w:val="24"/>
          <w:lang w:val="cs-CZ"/>
        </w:rPr>
        <w:t xml:space="preserve">* </w:t>
      </w:r>
      <w:r w:rsidR="008F4BED" w:rsidRPr="00E060AF">
        <w:rPr>
          <w:rFonts w:ascii="Times New Roman" w:hAnsi="Times New Roman" w:cs="Times New Roman"/>
          <w:sz w:val="24"/>
          <w:szCs w:val="24"/>
          <w:lang w:val="cs-CZ"/>
        </w:rPr>
        <w:t>Telefon: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 xml:space="preserve"> _ _ _  _ _ _  _ _ _ </w:t>
      </w:r>
      <w:r w:rsidR="00CF2B4F" w:rsidRPr="00CF2B4F" w:rsidDel="00CF2B4F">
        <w:rPr>
          <w:rFonts w:ascii="Times New Roman" w:hAnsi="Times New Roman" w:cs="Times New Roman"/>
          <w:sz w:val="24"/>
          <w:szCs w:val="24"/>
          <w:lang w:val="cs-C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cs-CZ"/>
        </w:rPr>
        <w:t>*</w:t>
      </w:r>
      <w:r w:rsidR="00CE7E89" w:rsidRPr="00E060AF">
        <w:rPr>
          <w:rFonts w:ascii="Times New Roman" w:hAnsi="Times New Roman" w:cs="Times New Roman"/>
          <w:sz w:val="24"/>
          <w:szCs w:val="24"/>
          <w:lang w:val="cs-CZ"/>
        </w:rPr>
        <w:t>e</w:t>
      </w:r>
      <w:r w:rsidR="008F4BED" w:rsidRPr="00E060AF">
        <w:rPr>
          <w:rFonts w:ascii="Times New Roman" w:hAnsi="Times New Roman" w:cs="Times New Roman"/>
          <w:sz w:val="24"/>
          <w:szCs w:val="24"/>
          <w:lang w:val="cs-CZ"/>
        </w:rPr>
        <w:t>-mail</w:t>
      </w:r>
      <w:r w:rsidR="00CF2B4F" w:rsidRPr="00E060AF">
        <w:rPr>
          <w:rFonts w:ascii="Times New Roman" w:hAnsi="Times New Roman" w:cs="Times New Roman"/>
          <w:sz w:val="24"/>
          <w:szCs w:val="24"/>
          <w:lang w:val="cs-CZ"/>
        </w:rPr>
        <w:t>: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 xml:space="preserve"> _________________________________________</w:t>
      </w:r>
    </w:p>
    <w:p w14:paraId="32F478DE" w14:textId="7A4FA7ED" w:rsidR="004D4D35" w:rsidRPr="00E060AF" w:rsidRDefault="00F832F1">
      <w:pPr>
        <w:rPr>
          <w:rFonts w:ascii="Times New Roman" w:hAnsi="Times New Roman" w:cs="Times New Roman"/>
          <w:sz w:val="24"/>
          <w:szCs w:val="24"/>
          <w:lang w:val="cs-CZ"/>
        </w:rPr>
      </w:pPr>
      <w:r>
        <w:rPr>
          <w:rFonts w:ascii="Times New Roman" w:hAnsi="Times New Roman" w:cs="Times New Roman"/>
          <w:sz w:val="24"/>
          <w:szCs w:val="24"/>
          <w:lang w:val="cs-CZ"/>
        </w:rPr>
        <w:t xml:space="preserve">* </w:t>
      </w:r>
      <w:r w:rsidR="00CE7E89" w:rsidRPr="00E060AF">
        <w:rPr>
          <w:rFonts w:ascii="Times New Roman" w:hAnsi="Times New Roman" w:cs="Times New Roman"/>
          <w:sz w:val="24"/>
          <w:szCs w:val="24"/>
          <w:lang w:val="cs-CZ"/>
        </w:rPr>
        <w:t>Datová schránka: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 xml:space="preserve"> ________________________________________________________</w:t>
      </w:r>
    </w:p>
    <w:p w14:paraId="28FAF2C4" w14:textId="200E442C" w:rsidR="00F832F1" w:rsidRPr="00E060AF" w:rsidRDefault="00F832F1">
      <w:pPr>
        <w:rPr>
          <w:rFonts w:ascii="Times New Roman" w:hAnsi="Times New Roman" w:cs="Times New Roman"/>
          <w:i/>
          <w:iCs/>
          <w:sz w:val="16"/>
          <w:szCs w:val="16"/>
          <w:lang w:val="cs-CZ"/>
        </w:rPr>
      </w:pPr>
      <w:r w:rsidRPr="00E060AF">
        <w:rPr>
          <w:rFonts w:ascii="Times New Roman" w:hAnsi="Times New Roman" w:cs="Times New Roman"/>
          <w:i/>
          <w:iCs/>
          <w:sz w:val="16"/>
          <w:szCs w:val="16"/>
          <w:lang w:val="cs-CZ"/>
        </w:rPr>
        <w:t xml:space="preserve">* Nepovinný údaj, jehož vyplněním souhlasí zákonný zástupce s jeho zpracováním pouze pro účel zefektivnění komunikace mezi školou a zákonným zástupcem v době přijímacího řízení. </w:t>
      </w:r>
    </w:p>
    <w:p w14:paraId="0853E6D8" w14:textId="4AC11428" w:rsidR="00202A52" w:rsidRPr="00E060AF" w:rsidRDefault="00202A52" w:rsidP="00202A52">
      <w:pPr>
        <w:pStyle w:val="Nadpis2"/>
        <w:rPr>
          <w:rFonts w:ascii="Times New Roman" w:hAnsi="Times New Roman" w:cs="Times New Roman"/>
          <w:lang w:val="cs-CZ"/>
        </w:rPr>
      </w:pPr>
      <w:r w:rsidRPr="00E060AF">
        <w:rPr>
          <w:rFonts w:ascii="Times New Roman" w:hAnsi="Times New Roman" w:cs="Times New Roman"/>
          <w:lang w:val="cs-CZ"/>
        </w:rPr>
        <w:t>Další údaje</w:t>
      </w:r>
    </w:p>
    <w:p w14:paraId="6914FB04" w14:textId="5E5A0A79" w:rsidR="00202A52" w:rsidRPr="00E060AF" w:rsidRDefault="00202A52" w:rsidP="00202A52">
      <w:pPr>
        <w:rPr>
          <w:rFonts w:ascii="Times New Roman" w:hAnsi="Times New Roman" w:cs="Times New Roman"/>
          <w:sz w:val="24"/>
          <w:szCs w:val="24"/>
          <w:lang w:val="cs-CZ"/>
        </w:rPr>
      </w:pPr>
      <w:r w:rsidRPr="00E060AF">
        <w:rPr>
          <w:rFonts w:ascii="Times New Roman" w:hAnsi="Times New Roman" w:cs="Times New Roman"/>
          <w:sz w:val="24"/>
          <w:szCs w:val="24"/>
          <w:lang w:val="cs-CZ"/>
        </w:rPr>
        <w:t>Údaj o předchozím vzdělávání dítěte: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 xml:space="preserve"> _________________________________________</w:t>
      </w:r>
    </w:p>
    <w:p w14:paraId="5F390BF6" w14:textId="11458199" w:rsidR="00202A52" w:rsidRPr="00E060AF" w:rsidRDefault="00202A52" w:rsidP="00202A52">
      <w:pPr>
        <w:rPr>
          <w:rFonts w:ascii="Times New Roman" w:hAnsi="Times New Roman" w:cs="Times New Roman"/>
          <w:sz w:val="24"/>
          <w:szCs w:val="24"/>
          <w:lang w:val="cs-CZ"/>
        </w:rPr>
      </w:pPr>
      <w:r w:rsidRPr="00E060AF">
        <w:rPr>
          <w:rFonts w:ascii="Times New Roman" w:hAnsi="Times New Roman" w:cs="Times New Roman"/>
          <w:sz w:val="24"/>
          <w:szCs w:val="24"/>
          <w:lang w:val="cs-CZ"/>
        </w:rPr>
        <w:t>Další informace (</w:t>
      </w:r>
      <w:r w:rsidRPr="005F6F1B">
        <w:rPr>
          <w:rFonts w:ascii="Times New Roman" w:hAnsi="Times New Roman" w:cs="Times New Roman"/>
          <w:sz w:val="20"/>
          <w:szCs w:val="20"/>
          <w:lang w:val="cs-CZ"/>
        </w:rPr>
        <w:t>např. MŠ navštěvuje starší sourozenec</w:t>
      </w:r>
      <w:r w:rsidRPr="00E060AF">
        <w:rPr>
          <w:rFonts w:ascii="Times New Roman" w:hAnsi="Times New Roman" w:cs="Times New Roman"/>
          <w:sz w:val="24"/>
          <w:szCs w:val="24"/>
          <w:lang w:val="cs-CZ"/>
        </w:rPr>
        <w:t>):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 xml:space="preserve"> ________________________</w:t>
      </w:r>
      <w:r w:rsidR="005F6F1B">
        <w:rPr>
          <w:rFonts w:ascii="Times New Roman" w:hAnsi="Times New Roman" w:cs="Times New Roman"/>
          <w:sz w:val="24"/>
          <w:szCs w:val="24"/>
          <w:lang w:val="cs-CZ"/>
        </w:rPr>
        <w:softHyphen/>
      </w:r>
      <w:r w:rsidR="005F6F1B">
        <w:rPr>
          <w:rFonts w:ascii="Times New Roman" w:hAnsi="Times New Roman" w:cs="Times New Roman"/>
          <w:sz w:val="24"/>
          <w:szCs w:val="24"/>
          <w:lang w:val="cs-CZ"/>
        </w:rPr>
        <w:softHyphen/>
      </w:r>
      <w:r w:rsidR="005F6F1B">
        <w:rPr>
          <w:rFonts w:ascii="Times New Roman" w:hAnsi="Times New Roman" w:cs="Times New Roman"/>
          <w:sz w:val="24"/>
          <w:szCs w:val="24"/>
          <w:lang w:val="cs-CZ"/>
        </w:rPr>
        <w:softHyphen/>
        <w:t>_____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>_</w:t>
      </w:r>
    </w:p>
    <w:p w14:paraId="3A0E073B" w14:textId="4F3B6D00" w:rsidR="00202A52" w:rsidRPr="00E060AF" w:rsidRDefault="00202A52" w:rsidP="00202A52">
      <w:pPr>
        <w:rPr>
          <w:rFonts w:ascii="Times New Roman" w:hAnsi="Times New Roman" w:cs="Times New Roman"/>
          <w:sz w:val="24"/>
          <w:szCs w:val="24"/>
          <w:lang w:val="cs-CZ"/>
        </w:rPr>
      </w:pPr>
      <w:r w:rsidRPr="00E060AF">
        <w:rPr>
          <w:rFonts w:ascii="Times New Roman" w:hAnsi="Times New Roman" w:cs="Times New Roman"/>
          <w:sz w:val="24"/>
          <w:szCs w:val="24"/>
          <w:lang w:val="cs-CZ"/>
        </w:rPr>
        <w:t xml:space="preserve">Má dítě speciální vzdělávací potřeby? Pokud ano, doložte zprávu z Pedagogicko-psychologické poradny: </w:t>
      </w:r>
      <w:r w:rsidRPr="00E060AF">
        <w:rPr>
          <w:rFonts w:ascii="Times New Roman" w:hAnsi="Times New Roman" w:cs="Times New Roman"/>
          <w:sz w:val="24"/>
          <w:szCs w:val="24"/>
          <w:lang w:val="cs-CZ"/>
        </w:rPr>
        <w:tab/>
      </w:r>
      <w:r w:rsidRPr="00E060AF">
        <w:rPr>
          <w:rFonts w:ascii="Cambria Math" w:hAnsi="Cambria Math" w:cs="Cambria Math"/>
          <w:sz w:val="24"/>
          <w:szCs w:val="24"/>
          <w:lang w:val="cs-CZ"/>
        </w:rPr>
        <w:t>⎕</w:t>
      </w:r>
      <w:r w:rsidRPr="00E060AF">
        <w:rPr>
          <w:rFonts w:ascii="Times New Roman" w:hAnsi="Times New Roman" w:cs="Times New Roman"/>
          <w:sz w:val="24"/>
          <w:szCs w:val="24"/>
          <w:lang w:val="cs-CZ"/>
        </w:rPr>
        <w:t xml:space="preserve"> Ano </w:t>
      </w:r>
      <w:r w:rsidRPr="00E060AF">
        <w:rPr>
          <w:rFonts w:ascii="Times New Roman" w:hAnsi="Times New Roman" w:cs="Times New Roman"/>
          <w:sz w:val="24"/>
          <w:szCs w:val="24"/>
          <w:lang w:val="cs-CZ"/>
        </w:rPr>
        <w:tab/>
      </w:r>
      <w:r w:rsidRPr="00E060AF">
        <w:rPr>
          <w:rFonts w:ascii="Times New Roman" w:hAnsi="Times New Roman" w:cs="Times New Roman"/>
          <w:sz w:val="24"/>
          <w:szCs w:val="24"/>
          <w:lang w:val="cs-CZ"/>
        </w:rPr>
        <w:tab/>
      </w:r>
      <w:r w:rsidRPr="00E060AF">
        <w:rPr>
          <w:rFonts w:ascii="Cambria Math" w:hAnsi="Cambria Math" w:cs="Cambria Math"/>
          <w:sz w:val="24"/>
          <w:szCs w:val="24"/>
          <w:lang w:val="cs-CZ"/>
        </w:rPr>
        <w:t>⎕</w:t>
      </w:r>
      <w:r w:rsidRPr="00E060AF">
        <w:rPr>
          <w:rFonts w:ascii="Times New Roman" w:hAnsi="Times New Roman" w:cs="Times New Roman"/>
          <w:sz w:val="24"/>
          <w:szCs w:val="24"/>
          <w:lang w:val="cs-CZ"/>
        </w:rPr>
        <w:t xml:space="preserve"> Ne</w:t>
      </w:r>
    </w:p>
    <w:p w14:paraId="4D9BCFAD" w14:textId="15910C74" w:rsidR="000E5067" w:rsidRPr="00E060AF" w:rsidRDefault="00202A52" w:rsidP="00E060AF">
      <w:pPr>
        <w:jc w:val="both"/>
        <w:rPr>
          <w:rFonts w:ascii="Times New Roman" w:hAnsi="Times New Roman" w:cs="Times New Roman"/>
          <w:sz w:val="24"/>
          <w:szCs w:val="24"/>
          <w:lang w:val="cs-CZ"/>
        </w:rPr>
      </w:pPr>
      <w:r w:rsidRPr="00E060AF">
        <w:rPr>
          <w:rFonts w:ascii="Times New Roman" w:hAnsi="Times New Roman" w:cs="Times New Roman"/>
          <w:sz w:val="24"/>
          <w:szCs w:val="24"/>
          <w:lang w:val="cs-CZ"/>
        </w:rPr>
        <w:t xml:space="preserve">Oznamuji, že podávám současně žádost o přijetí dítěte k předškolnímu vzdělávání do </w:t>
      </w:r>
      <w:r w:rsidR="00705B75" w:rsidRPr="00E060AF">
        <w:rPr>
          <w:rFonts w:ascii="Times New Roman" w:hAnsi="Times New Roman" w:cs="Times New Roman"/>
          <w:sz w:val="24"/>
          <w:szCs w:val="24"/>
          <w:lang w:val="cs-CZ"/>
        </w:rPr>
        <w:t xml:space="preserve">další </w:t>
      </w:r>
      <w:r w:rsidRPr="00E060AF">
        <w:rPr>
          <w:rFonts w:ascii="Times New Roman" w:hAnsi="Times New Roman" w:cs="Times New Roman"/>
          <w:sz w:val="24"/>
          <w:szCs w:val="24"/>
          <w:lang w:val="cs-CZ"/>
        </w:rPr>
        <w:t>mateřské školy zřizované MČ Praha 7 a uvádím v </w:t>
      </w:r>
      <w:r w:rsidR="00B70AAF" w:rsidRPr="00E060AF">
        <w:rPr>
          <w:rFonts w:ascii="Times New Roman" w:hAnsi="Times New Roman" w:cs="Times New Roman"/>
          <w:sz w:val="24"/>
          <w:szCs w:val="24"/>
          <w:lang w:val="cs-CZ"/>
        </w:rPr>
        <w:t xml:space="preserve">ostatních </w:t>
      </w:r>
      <w:r w:rsidRPr="00E060AF">
        <w:rPr>
          <w:rFonts w:ascii="Times New Roman" w:hAnsi="Times New Roman" w:cs="Times New Roman"/>
          <w:sz w:val="24"/>
          <w:szCs w:val="24"/>
          <w:lang w:val="cs-CZ"/>
        </w:rPr>
        <w:t>žádostech stejné preferenční pořadí MŠ pro přijetí dítěte takto:</w:t>
      </w:r>
    </w:p>
    <w:p w14:paraId="236AD6F2" w14:textId="74B4ABB6" w:rsidR="00CF2B4F" w:rsidRDefault="00202A52" w:rsidP="00CF2B4F">
      <w:pPr>
        <w:rPr>
          <w:rFonts w:ascii="Times New Roman" w:hAnsi="Times New Roman" w:cs="Times New Roman"/>
          <w:sz w:val="24"/>
          <w:szCs w:val="24"/>
          <w:lang w:val="cs-CZ"/>
        </w:rPr>
      </w:pPr>
      <w:r w:rsidRPr="00E060AF">
        <w:rPr>
          <w:rFonts w:ascii="Times New Roman" w:hAnsi="Times New Roman" w:cs="Times New Roman"/>
          <w:sz w:val="24"/>
          <w:szCs w:val="24"/>
          <w:lang w:val="cs-CZ"/>
        </w:rPr>
        <w:t xml:space="preserve">1. </w:t>
      </w:r>
      <w:r w:rsidR="0044395E" w:rsidRPr="00E060AF">
        <w:rPr>
          <w:rFonts w:ascii="Times New Roman" w:hAnsi="Times New Roman" w:cs="Times New Roman"/>
          <w:sz w:val="24"/>
          <w:szCs w:val="24"/>
          <w:lang w:val="cs-CZ"/>
        </w:rPr>
        <w:t>(p</w:t>
      </w:r>
      <w:r w:rsidRPr="00E060AF">
        <w:rPr>
          <w:rFonts w:ascii="Times New Roman" w:hAnsi="Times New Roman" w:cs="Times New Roman"/>
          <w:sz w:val="24"/>
          <w:szCs w:val="24"/>
          <w:lang w:val="cs-CZ"/>
        </w:rPr>
        <w:t>referovaná MŠ</w:t>
      </w:r>
      <w:r w:rsidR="0044395E" w:rsidRPr="00E060AF">
        <w:rPr>
          <w:rFonts w:ascii="Times New Roman" w:hAnsi="Times New Roman" w:cs="Times New Roman"/>
          <w:sz w:val="24"/>
          <w:szCs w:val="24"/>
          <w:lang w:val="cs-CZ"/>
        </w:rPr>
        <w:t>)</w:t>
      </w:r>
      <w:r w:rsidRPr="00E060AF">
        <w:rPr>
          <w:rFonts w:ascii="Times New Roman" w:hAnsi="Times New Roman" w:cs="Times New Roman"/>
          <w:sz w:val="24"/>
          <w:szCs w:val="24"/>
          <w:lang w:val="cs-CZ"/>
        </w:rPr>
        <w:t>: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 xml:space="preserve"> ______________________________________________________</w:t>
      </w:r>
    </w:p>
    <w:p w14:paraId="3AD2BC76" w14:textId="05C417D8" w:rsidR="00CF2B4F" w:rsidRDefault="00CF2B4F" w:rsidP="00CF2B4F">
      <w:pPr>
        <w:rPr>
          <w:rFonts w:ascii="Times New Roman" w:hAnsi="Times New Roman" w:cs="Times New Roman"/>
          <w:sz w:val="24"/>
          <w:szCs w:val="24"/>
          <w:lang w:val="cs-CZ"/>
        </w:rPr>
      </w:pPr>
      <w:r>
        <w:rPr>
          <w:rFonts w:ascii="Times New Roman" w:hAnsi="Times New Roman" w:cs="Times New Roman"/>
          <w:sz w:val="24"/>
          <w:szCs w:val="24"/>
          <w:lang w:val="cs-CZ"/>
        </w:rPr>
        <w:t>2. ______________________ 3. ______________________ 4. _____________________</w:t>
      </w:r>
    </w:p>
    <w:p w14:paraId="6827B8CF" w14:textId="76EB551D" w:rsidR="004D4D35" w:rsidRPr="00E060AF" w:rsidRDefault="008F4BED">
      <w:pPr>
        <w:pStyle w:val="Nadpis2"/>
        <w:rPr>
          <w:rFonts w:ascii="Times New Roman" w:hAnsi="Times New Roman" w:cs="Times New Roman"/>
          <w:lang w:val="cs-CZ"/>
        </w:rPr>
      </w:pPr>
      <w:r w:rsidRPr="00E060AF">
        <w:rPr>
          <w:rFonts w:ascii="Times New Roman" w:hAnsi="Times New Roman" w:cs="Times New Roman"/>
          <w:lang w:val="cs-CZ"/>
        </w:rPr>
        <w:lastRenderedPageBreak/>
        <w:t>Kritérium pro přijetí</w:t>
      </w:r>
    </w:p>
    <w:p w14:paraId="2E82B33A" w14:textId="698C3DB8" w:rsidR="00CF601F" w:rsidRPr="00B100BF" w:rsidRDefault="00B100BF" w:rsidP="00E060AF">
      <w:pPr>
        <w:jc w:val="both"/>
        <w:rPr>
          <w:rFonts w:ascii="Times New Roman" w:hAnsi="Times New Roman" w:cs="Times New Roman"/>
          <w:sz w:val="24"/>
          <w:szCs w:val="24"/>
          <w:lang w:val="cs-CZ"/>
        </w:rPr>
      </w:pPr>
      <w:r>
        <w:rPr>
          <w:rFonts w:ascii="Times New Roman" w:hAnsi="Times New Roman" w:cs="Times New Roman"/>
          <w:sz w:val="24"/>
          <w:szCs w:val="24"/>
          <w:lang w:val="cs-CZ"/>
        </w:rPr>
        <w:t>Zákonný zástupce potvrzuje, že se prokazatelně seznámil s kritérii pro přijetí k předškolnímu vzdělávání pro školní rok 2026/2027. V případě splnění stejného kritéria více uchazeči budou děti řazeny podle data narození od nejstaršího k nejmladšímu. Vždy lze splnit pouze 1 kritérium.</w:t>
      </w:r>
      <w:r w:rsidR="00014684" w:rsidRPr="00B100BF">
        <w:rPr>
          <w:rFonts w:ascii="Times New Roman" w:hAnsi="Times New Roman" w:cs="Times New Roman"/>
          <w:sz w:val="24"/>
          <w:szCs w:val="24"/>
          <w:lang w:val="cs-CZ"/>
        </w:rPr>
        <w:t xml:space="preserve"> </w:t>
      </w:r>
    </w:p>
    <w:p w14:paraId="1DA49862" w14:textId="2A8CB498" w:rsidR="004D4D35" w:rsidRPr="00E060AF" w:rsidRDefault="008F4BED">
      <w:pPr>
        <w:pStyle w:val="Nadpis2"/>
        <w:rPr>
          <w:rFonts w:ascii="Times New Roman" w:hAnsi="Times New Roman" w:cs="Times New Roman"/>
          <w:lang w:val="cs-CZ"/>
        </w:rPr>
      </w:pPr>
      <w:r w:rsidRPr="00E060AF">
        <w:rPr>
          <w:rFonts w:ascii="Times New Roman" w:hAnsi="Times New Roman" w:cs="Times New Roman"/>
          <w:lang w:val="cs-CZ"/>
        </w:rPr>
        <w:t>Čestné prohlášení zákonného zástupce</w:t>
      </w:r>
    </w:p>
    <w:p w14:paraId="4E76B0A8" w14:textId="439B8A6D" w:rsidR="004D4D35" w:rsidRDefault="008F4BED" w:rsidP="00E060AF">
      <w:pPr>
        <w:spacing w:after="0"/>
        <w:jc w:val="both"/>
        <w:rPr>
          <w:rFonts w:ascii="Times New Roman" w:hAnsi="Times New Roman" w:cs="Times New Roman"/>
          <w:sz w:val="24"/>
          <w:szCs w:val="24"/>
          <w:lang w:val="cs-CZ"/>
        </w:rPr>
      </w:pPr>
      <w:r w:rsidRPr="00E060AF">
        <w:rPr>
          <w:rFonts w:ascii="Times New Roman" w:hAnsi="Times New Roman" w:cs="Times New Roman"/>
          <w:sz w:val="24"/>
          <w:szCs w:val="24"/>
          <w:lang w:val="cs-CZ"/>
        </w:rPr>
        <w:t>Čestně prohlašuji, že dítě uvedené v této žádosti má trvalé bydliště v městské části Praha 7 a tento údaj nebyl změněn účelově za účelem přijetí k předškolnímu vzdělávání.</w:t>
      </w:r>
    </w:p>
    <w:p w14:paraId="3D3C2FAC" w14:textId="14962D4E" w:rsidR="006D34DE" w:rsidRPr="00CB073C" w:rsidRDefault="006D34DE" w:rsidP="00823610">
      <w:pPr>
        <w:ind w:left="2160" w:firstLine="720"/>
        <w:rPr>
          <w:rFonts w:ascii="Times New Roman" w:hAnsi="Times New Roman" w:cs="Times New Roman"/>
          <w:sz w:val="24"/>
          <w:szCs w:val="24"/>
          <w:lang w:val="cs-CZ"/>
        </w:rPr>
      </w:pPr>
      <w:r w:rsidRPr="00CB073C">
        <w:rPr>
          <w:rFonts w:ascii="Cambria Math" w:hAnsi="Cambria Math" w:cs="Cambria Math"/>
          <w:sz w:val="24"/>
          <w:szCs w:val="24"/>
          <w:lang w:val="cs-CZ"/>
        </w:rPr>
        <w:t>⎕</w:t>
      </w:r>
      <w:r w:rsidRPr="00CB073C">
        <w:rPr>
          <w:rFonts w:ascii="Times New Roman" w:hAnsi="Times New Roman" w:cs="Times New Roman"/>
          <w:sz w:val="24"/>
          <w:szCs w:val="24"/>
          <w:lang w:val="cs-CZ"/>
        </w:rPr>
        <w:t xml:space="preserve"> Ano </w:t>
      </w:r>
      <w:r w:rsidRPr="00CB073C">
        <w:rPr>
          <w:rFonts w:ascii="Times New Roman" w:hAnsi="Times New Roman" w:cs="Times New Roman"/>
          <w:sz w:val="24"/>
          <w:szCs w:val="24"/>
          <w:lang w:val="cs-CZ"/>
        </w:rPr>
        <w:tab/>
      </w:r>
      <w:r w:rsidRPr="00CB073C">
        <w:rPr>
          <w:rFonts w:ascii="Times New Roman" w:hAnsi="Times New Roman" w:cs="Times New Roman"/>
          <w:sz w:val="24"/>
          <w:szCs w:val="24"/>
          <w:lang w:val="cs-CZ"/>
        </w:rPr>
        <w:tab/>
      </w:r>
      <w:r w:rsidRPr="00CB073C">
        <w:rPr>
          <w:rFonts w:ascii="Cambria Math" w:hAnsi="Cambria Math" w:cs="Cambria Math"/>
          <w:sz w:val="24"/>
          <w:szCs w:val="24"/>
          <w:lang w:val="cs-CZ"/>
        </w:rPr>
        <w:t>⎕</w:t>
      </w:r>
      <w:r w:rsidRPr="00CB073C">
        <w:rPr>
          <w:rFonts w:ascii="Times New Roman" w:hAnsi="Times New Roman" w:cs="Times New Roman"/>
          <w:sz w:val="24"/>
          <w:szCs w:val="24"/>
          <w:lang w:val="cs-CZ"/>
        </w:rPr>
        <w:t xml:space="preserve"> Ne</w:t>
      </w:r>
    </w:p>
    <w:p w14:paraId="1B220F1E" w14:textId="1F5AACD9" w:rsidR="00CF601F" w:rsidRPr="00E060AF" w:rsidRDefault="00CF601F">
      <w:pPr>
        <w:rPr>
          <w:rFonts w:ascii="Times New Roman" w:hAnsi="Times New Roman" w:cs="Times New Roman"/>
          <w:sz w:val="24"/>
          <w:szCs w:val="24"/>
          <w:lang w:val="cs-CZ"/>
        </w:rPr>
      </w:pPr>
    </w:p>
    <w:p w14:paraId="3A63FAB1" w14:textId="7BFFA217" w:rsidR="004D4D35" w:rsidRPr="00E060AF" w:rsidRDefault="0044395E">
      <w:pPr>
        <w:pStyle w:val="Nadpis2"/>
        <w:rPr>
          <w:rFonts w:ascii="Times New Roman" w:hAnsi="Times New Roman" w:cs="Times New Roman"/>
          <w:lang w:val="cs-CZ"/>
        </w:rPr>
      </w:pPr>
      <w:r w:rsidRPr="00E060AF">
        <w:rPr>
          <w:rFonts w:ascii="Times New Roman" w:hAnsi="Times New Roman" w:cs="Times New Roman"/>
          <w:lang w:val="cs-CZ"/>
        </w:rPr>
        <w:t>Informace o zpracování osobních údajů</w:t>
      </w:r>
    </w:p>
    <w:p w14:paraId="3D5B584E" w14:textId="13E6E90B" w:rsidR="00B100BF" w:rsidRPr="00B100BF" w:rsidRDefault="00B100BF" w:rsidP="00B100BF">
      <w:pPr>
        <w:rPr>
          <w:rFonts w:ascii="Times New Roman" w:hAnsi="Times New Roman" w:cs="Times New Roman"/>
          <w:sz w:val="24"/>
          <w:szCs w:val="24"/>
          <w:lang w:val="cs-CZ"/>
        </w:rPr>
      </w:pPr>
      <w:r w:rsidRPr="00B100BF">
        <w:rPr>
          <w:rFonts w:ascii="Times New Roman" w:hAnsi="Times New Roman" w:cs="Times New Roman"/>
          <w:sz w:val="24"/>
          <w:szCs w:val="24"/>
          <w:lang w:val="cs-CZ"/>
        </w:rPr>
        <w:t xml:space="preserve">Svým podpisem potvrzuji, že jsem byl/a seznámen/a s informacemi o zpracování osobních údajů na webových stránkách MŠ </w:t>
      </w:r>
      <w:r w:rsidR="005F6F1B">
        <w:rPr>
          <w:rFonts w:ascii="Times New Roman" w:hAnsi="Times New Roman" w:cs="Times New Roman"/>
          <w:sz w:val="24"/>
          <w:szCs w:val="24"/>
          <w:lang w:val="cs-CZ"/>
        </w:rPr>
        <w:t>www.msnadstolou.cz</w:t>
      </w:r>
      <w:r w:rsidRPr="00B100BF">
        <w:rPr>
          <w:rFonts w:ascii="Times New Roman" w:hAnsi="Times New Roman" w:cs="Times New Roman"/>
          <w:sz w:val="24"/>
          <w:szCs w:val="24"/>
          <w:lang w:val="cs-CZ"/>
        </w:rPr>
        <w:t xml:space="preserve"> (</w:t>
      </w:r>
      <w:r w:rsidRPr="00E07A1E">
        <w:rPr>
          <w:rFonts w:ascii="Times New Roman" w:hAnsi="Times New Roman" w:cs="Times New Roman"/>
          <w:sz w:val="20"/>
          <w:szCs w:val="20"/>
          <w:lang w:val="cs-CZ"/>
        </w:rPr>
        <w:t>v položce GDPR</w:t>
      </w:r>
      <w:r w:rsidRPr="00B100BF">
        <w:rPr>
          <w:rFonts w:ascii="Times New Roman" w:hAnsi="Times New Roman" w:cs="Times New Roman"/>
          <w:sz w:val="24"/>
          <w:szCs w:val="24"/>
          <w:lang w:val="cs-CZ"/>
        </w:rPr>
        <w:t>).</w:t>
      </w:r>
      <w:bookmarkStart w:id="0" w:name="_GoBack"/>
      <w:bookmarkEnd w:id="0"/>
    </w:p>
    <w:p w14:paraId="1B717C41" w14:textId="259E2794" w:rsidR="0044395E" w:rsidRPr="00E060AF" w:rsidRDefault="0044395E" w:rsidP="0044395E">
      <w:pPr>
        <w:pStyle w:val="Nadpis2"/>
        <w:rPr>
          <w:rFonts w:ascii="Times New Roman" w:hAnsi="Times New Roman" w:cs="Times New Roman"/>
          <w:lang w:val="cs-CZ"/>
        </w:rPr>
      </w:pPr>
      <w:r w:rsidRPr="00E060AF">
        <w:rPr>
          <w:rFonts w:ascii="Times New Roman" w:hAnsi="Times New Roman" w:cs="Times New Roman"/>
          <w:lang w:val="cs-CZ"/>
        </w:rPr>
        <w:t>Informace o rozhodování a poučení</w:t>
      </w:r>
    </w:p>
    <w:p w14:paraId="10D37EE1" w14:textId="77777777" w:rsidR="000E5067" w:rsidRPr="00CF2B4F" w:rsidRDefault="000E5067" w:rsidP="000E50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CF2B4F"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  <w:t xml:space="preserve">Při podpisu pouze jedním zákonným zástupcem tento svým podpisem stvrzuje, že zákonní zástupci dítěte jednají ve shodě. (§ 876 odst. 3 zákona č. 89/2012 Sb., občanský zákoník, ve znění pozdějších předpisů). </w:t>
      </w:r>
    </w:p>
    <w:p w14:paraId="1CB72707" w14:textId="77777777" w:rsidR="000E5067" w:rsidRPr="00E060AF" w:rsidRDefault="000E5067" w:rsidP="000E50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</w:p>
    <w:p w14:paraId="016F05CC" w14:textId="79D1573C" w:rsidR="004D4D35" w:rsidRPr="00E060AF" w:rsidRDefault="008F4BED">
      <w:pPr>
        <w:rPr>
          <w:rFonts w:ascii="Times New Roman" w:hAnsi="Times New Roman" w:cs="Times New Roman"/>
          <w:sz w:val="24"/>
          <w:szCs w:val="24"/>
          <w:lang w:val="cs-CZ"/>
        </w:rPr>
      </w:pPr>
      <w:r w:rsidRPr="00E060AF">
        <w:rPr>
          <w:rFonts w:ascii="Times New Roman" w:hAnsi="Times New Roman" w:cs="Times New Roman"/>
          <w:sz w:val="24"/>
          <w:szCs w:val="24"/>
          <w:lang w:val="cs-CZ"/>
        </w:rPr>
        <w:br/>
        <w:t>V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 xml:space="preserve"> ____________________ </w:t>
      </w:r>
      <w:proofErr w:type="gramStart"/>
      <w:r w:rsidRPr="00E060AF">
        <w:rPr>
          <w:rFonts w:ascii="Times New Roman" w:hAnsi="Times New Roman" w:cs="Times New Roman"/>
          <w:sz w:val="24"/>
          <w:szCs w:val="24"/>
          <w:lang w:val="cs-CZ"/>
        </w:rPr>
        <w:t>dne</w:t>
      </w:r>
      <w:r w:rsidR="00CF2B4F">
        <w:rPr>
          <w:rFonts w:ascii="Times New Roman" w:hAnsi="Times New Roman" w:cs="Times New Roman"/>
          <w:sz w:val="24"/>
          <w:szCs w:val="24"/>
          <w:lang w:val="cs-CZ"/>
        </w:rPr>
        <w:t xml:space="preserve"> ___.___.20____</w:t>
      </w:r>
      <w:proofErr w:type="gramEnd"/>
    </w:p>
    <w:p w14:paraId="6720AC7D" w14:textId="6F0C9D58" w:rsidR="000E5067" w:rsidRPr="00E060AF" w:rsidRDefault="008F4BED" w:rsidP="000E5067">
      <w:pPr>
        <w:rPr>
          <w:rFonts w:ascii="Times New Roman" w:hAnsi="Times New Roman" w:cs="Times New Roman"/>
          <w:sz w:val="24"/>
          <w:szCs w:val="24"/>
          <w:lang w:val="cs-CZ"/>
        </w:rPr>
      </w:pPr>
      <w:r w:rsidRPr="00E060AF">
        <w:rPr>
          <w:rFonts w:ascii="Times New Roman" w:hAnsi="Times New Roman" w:cs="Times New Roman"/>
          <w:sz w:val="24"/>
          <w:szCs w:val="24"/>
          <w:lang w:val="cs-CZ"/>
        </w:rPr>
        <w:br/>
      </w:r>
      <w:r w:rsidR="000E5067" w:rsidRPr="00E060AF">
        <w:rPr>
          <w:rFonts w:ascii="Times New Roman" w:hAnsi="Times New Roman" w:cs="Times New Roman"/>
          <w:sz w:val="24"/>
          <w:szCs w:val="24"/>
          <w:lang w:val="cs-CZ"/>
        </w:rPr>
        <w:t xml:space="preserve">Podpis 1. </w:t>
      </w:r>
      <w:r w:rsidRPr="00E060AF">
        <w:rPr>
          <w:rFonts w:ascii="Times New Roman" w:hAnsi="Times New Roman" w:cs="Times New Roman"/>
          <w:sz w:val="24"/>
          <w:szCs w:val="24"/>
          <w:lang w:val="cs-CZ"/>
        </w:rPr>
        <w:t>zákonného zástupce:</w:t>
      </w:r>
      <w:r w:rsidR="000E5067" w:rsidRPr="00E060AF">
        <w:rPr>
          <w:rFonts w:ascii="Times New Roman" w:hAnsi="Times New Roman" w:cs="Times New Roman"/>
          <w:sz w:val="24"/>
          <w:szCs w:val="24"/>
          <w:lang w:val="cs-CZ"/>
        </w:rPr>
        <w:tab/>
      </w:r>
      <w:r w:rsidR="000E5067" w:rsidRPr="00E060AF">
        <w:rPr>
          <w:rFonts w:ascii="Times New Roman" w:hAnsi="Times New Roman" w:cs="Times New Roman"/>
          <w:sz w:val="24"/>
          <w:szCs w:val="24"/>
          <w:lang w:val="cs-CZ"/>
        </w:rPr>
        <w:tab/>
      </w:r>
      <w:r w:rsidR="000E5067" w:rsidRPr="00E060AF">
        <w:rPr>
          <w:rFonts w:ascii="Times New Roman" w:hAnsi="Times New Roman" w:cs="Times New Roman"/>
          <w:sz w:val="24"/>
          <w:szCs w:val="24"/>
          <w:lang w:val="cs-CZ"/>
        </w:rPr>
        <w:tab/>
        <w:t>Podpis 2. zákonného zástupce:</w:t>
      </w:r>
    </w:p>
    <w:p w14:paraId="2D3C13FA" w14:textId="76A48B7A" w:rsidR="00F832F1" w:rsidRDefault="00CF2B4F">
      <w:pPr>
        <w:rPr>
          <w:rFonts w:ascii="Times New Roman" w:hAnsi="Times New Roman" w:cs="Times New Roman"/>
          <w:sz w:val="24"/>
          <w:szCs w:val="24"/>
          <w:lang w:val="cs-CZ"/>
        </w:rPr>
      </w:pPr>
      <w:r>
        <w:rPr>
          <w:rFonts w:ascii="Times New Roman" w:hAnsi="Times New Roman" w:cs="Times New Roman"/>
          <w:sz w:val="24"/>
          <w:szCs w:val="24"/>
          <w:lang w:val="cs-CZ"/>
        </w:rPr>
        <w:t>________________________</w:t>
      </w:r>
      <w:r>
        <w:rPr>
          <w:rFonts w:ascii="Times New Roman" w:hAnsi="Times New Roman" w:cs="Times New Roman"/>
          <w:sz w:val="24"/>
          <w:szCs w:val="24"/>
          <w:lang w:val="cs-CZ"/>
        </w:rPr>
        <w:tab/>
      </w:r>
      <w:r>
        <w:rPr>
          <w:rFonts w:ascii="Times New Roman" w:hAnsi="Times New Roman" w:cs="Times New Roman"/>
          <w:sz w:val="24"/>
          <w:szCs w:val="24"/>
          <w:lang w:val="cs-CZ"/>
        </w:rPr>
        <w:tab/>
      </w:r>
      <w:r>
        <w:rPr>
          <w:rFonts w:ascii="Times New Roman" w:hAnsi="Times New Roman" w:cs="Times New Roman"/>
          <w:sz w:val="24"/>
          <w:szCs w:val="24"/>
          <w:lang w:val="cs-CZ"/>
        </w:rPr>
        <w:tab/>
        <w:t>_________________________</w:t>
      </w:r>
    </w:p>
    <w:p w14:paraId="33EFF2DC" w14:textId="77777777" w:rsidR="00F832F1" w:rsidRDefault="00F832F1">
      <w:pPr>
        <w:rPr>
          <w:rFonts w:ascii="Times New Roman" w:hAnsi="Times New Roman" w:cs="Times New Roman"/>
          <w:sz w:val="24"/>
          <w:szCs w:val="24"/>
          <w:lang w:val="cs-CZ"/>
        </w:rPr>
      </w:pPr>
    </w:p>
    <w:p w14:paraId="6340B024" w14:textId="77777777" w:rsidR="00F832F1" w:rsidRDefault="00F832F1">
      <w:pPr>
        <w:rPr>
          <w:rFonts w:ascii="Times New Roman" w:hAnsi="Times New Roman" w:cs="Times New Roman"/>
          <w:sz w:val="24"/>
          <w:szCs w:val="24"/>
          <w:lang w:val="cs-CZ"/>
        </w:rPr>
      </w:pPr>
    </w:p>
    <w:p w14:paraId="3185B963" w14:textId="77777777" w:rsidR="00F832F1" w:rsidRDefault="00F832F1">
      <w:pPr>
        <w:rPr>
          <w:rFonts w:ascii="Times New Roman" w:hAnsi="Times New Roman" w:cs="Times New Roman"/>
          <w:sz w:val="24"/>
          <w:szCs w:val="24"/>
          <w:lang w:val="cs-CZ"/>
        </w:rPr>
      </w:pPr>
    </w:p>
    <w:p w14:paraId="48DC7E03" w14:textId="77777777" w:rsidR="00F832F1" w:rsidRDefault="00F832F1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  <w:lang w:val="cs-CZ"/>
        </w:rPr>
      </w:pPr>
    </w:p>
    <w:p w14:paraId="7329BF24" w14:textId="77777777" w:rsidR="00F832F1" w:rsidRPr="00E060AF" w:rsidRDefault="00F832F1">
      <w:pPr>
        <w:rPr>
          <w:rFonts w:ascii="Times New Roman" w:hAnsi="Times New Roman" w:cs="Times New Roman"/>
          <w:i/>
          <w:iCs/>
          <w:sz w:val="16"/>
          <w:szCs w:val="16"/>
        </w:rPr>
      </w:pP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Žádost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o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přijetí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dítěte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k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předškolnímu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vzdělávání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</w:p>
    <w:p w14:paraId="34DECDBB" w14:textId="2187AE20" w:rsidR="004D4D35" w:rsidRPr="00E060AF" w:rsidRDefault="00F832F1" w:rsidP="00E060AF">
      <w:pPr>
        <w:jc w:val="both"/>
        <w:rPr>
          <w:rFonts w:ascii="Times New Roman" w:hAnsi="Times New Roman" w:cs="Times New Roman"/>
          <w:i/>
          <w:iCs/>
          <w:sz w:val="16"/>
          <w:szCs w:val="16"/>
          <w:lang w:val="cs-CZ"/>
        </w:rPr>
      </w:pP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Zpracování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osobních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údajů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proofErr w:type="gram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na</w:t>
      </w:r>
      <w:proofErr w:type="spellEnd"/>
      <w:proofErr w:type="gram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žádosti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je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nezbytné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pro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splnění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právní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povinnosti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(§ 37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odst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. 2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zákona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č. 500/2004 Sb. a § 34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odst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. 5 a 6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zákona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č. 561/2004 Sb.) a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správce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údajů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je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bude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zpracovávat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pouze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v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rozsahu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nezbytném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pro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vedení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správního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řízení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a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uchovávat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po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dobu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stanovenou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spisovým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a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skartačním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řádem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a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dle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dalších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platných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právních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E060AF">
        <w:rPr>
          <w:rFonts w:ascii="Times New Roman" w:hAnsi="Times New Roman" w:cs="Times New Roman"/>
          <w:i/>
          <w:iCs/>
          <w:sz w:val="16"/>
          <w:szCs w:val="16"/>
        </w:rPr>
        <w:t>předpisů</w:t>
      </w:r>
      <w:proofErr w:type="spellEnd"/>
      <w:r w:rsidRPr="00E060AF">
        <w:rPr>
          <w:rFonts w:ascii="Times New Roman" w:hAnsi="Times New Roman" w:cs="Times New Roman"/>
          <w:i/>
          <w:iCs/>
          <w:sz w:val="16"/>
          <w:szCs w:val="16"/>
        </w:rPr>
        <w:t>.</w:t>
      </w:r>
    </w:p>
    <w:sectPr w:rsidR="004D4D35" w:rsidRPr="00E060AF" w:rsidSect="00CE7E89">
      <w:footerReference w:type="default" r:id="rId9"/>
      <w:pgSz w:w="12240" w:h="15840"/>
      <w:pgMar w:top="993" w:right="1800" w:bottom="1134" w:left="180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BBCE823" w16cid:durableId="4BBCE823"/>
  <w16cid:commentId w16cid:paraId="110011AA" w16cid:durableId="2D21ACFD"/>
  <w16cid:commentId w16cid:paraId="5C5BDB4F" w16cid:durableId="2D21ACF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AD5096" w14:textId="77777777" w:rsidR="000B69F9" w:rsidRDefault="000B69F9" w:rsidP="000E5067">
      <w:pPr>
        <w:spacing w:after="0" w:line="240" w:lineRule="auto"/>
      </w:pPr>
      <w:r>
        <w:separator/>
      </w:r>
    </w:p>
  </w:endnote>
  <w:endnote w:type="continuationSeparator" w:id="0">
    <w:p w14:paraId="58AF31E6" w14:textId="77777777" w:rsidR="000B69F9" w:rsidRDefault="000B69F9" w:rsidP="000E5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89591894"/>
      <w:docPartObj>
        <w:docPartGallery w:val="Page Numbers (Bottom of Page)"/>
        <w:docPartUnique/>
      </w:docPartObj>
    </w:sdtPr>
    <w:sdtEndPr/>
    <w:sdtContent>
      <w:p w14:paraId="58819768" w14:textId="7E648ECC" w:rsidR="000E5067" w:rsidRDefault="000E5067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7A1E" w:rsidRPr="00E07A1E">
          <w:rPr>
            <w:noProof/>
            <w:lang w:val="cs-CZ"/>
          </w:rPr>
          <w:t>2</w:t>
        </w:r>
        <w:r>
          <w:fldChar w:fldCharType="end"/>
        </w:r>
      </w:p>
    </w:sdtContent>
  </w:sdt>
  <w:p w14:paraId="1B611150" w14:textId="77777777" w:rsidR="000E5067" w:rsidRDefault="000E506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A860A1" w14:textId="77777777" w:rsidR="000B69F9" w:rsidRDefault="000B69F9" w:rsidP="000E5067">
      <w:pPr>
        <w:spacing w:after="0" w:line="240" w:lineRule="auto"/>
      </w:pPr>
      <w:r>
        <w:separator/>
      </w:r>
    </w:p>
  </w:footnote>
  <w:footnote w:type="continuationSeparator" w:id="0">
    <w:p w14:paraId="003F6227" w14:textId="77777777" w:rsidR="000B69F9" w:rsidRDefault="000B69F9" w:rsidP="000E50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FD31C55"/>
    <w:multiLevelType w:val="hybridMultilevel"/>
    <w:tmpl w:val="94B44B38"/>
    <w:lvl w:ilvl="0" w:tplc="0AA017F6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120FA7"/>
    <w:multiLevelType w:val="hybridMultilevel"/>
    <w:tmpl w:val="344CB3E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14684"/>
    <w:rsid w:val="00034616"/>
    <w:rsid w:val="0006063C"/>
    <w:rsid w:val="000811D7"/>
    <w:rsid w:val="000B69F9"/>
    <w:rsid w:val="000E2C35"/>
    <w:rsid w:val="000E5067"/>
    <w:rsid w:val="0015074B"/>
    <w:rsid w:val="001A4446"/>
    <w:rsid w:val="00202A52"/>
    <w:rsid w:val="0029639D"/>
    <w:rsid w:val="00326F90"/>
    <w:rsid w:val="00395DF0"/>
    <w:rsid w:val="0044395E"/>
    <w:rsid w:val="004D4D35"/>
    <w:rsid w:val="005F6F1B"/>
    <w:rsid w:val="006655E5"/>
    <w:rsid w:val="00665AA8"/>
    <w:rsid w:val="006D34DE"/>
    <w:rsid w:val="00705B75"/>
    <w:rsid w:val="00792C3A"/>
    <w:rsid w:val="00823610"/>
    <w:rsid w:val="008409DD"/>
    <w:rsid w:val="008C57C1"/>
    <w:rsid w:val="008F4BED"/>
    <w:rsid w:val="009D194A"/>
    <w:rsid w:val="009F3243"/>
    <w:rsid w:val="00A27C2E"/>
    <w:rsid w:val="00AA1D8D"/>
    <w:rsid w:val="00AF550F"/>
    <w:rsid w:val="00B100BF"/>
    <w:rsid w:val="00B47730"/>
    <w:rsid w:val="00B54749"/>
    <w:rsid w:val="00B70AAF"/>
    <w:rsid w:val="00C52FF3"/>
    <w:rsid w:val="00CB0664"/>
    <w:rsid w:val="00CE7E89"/>
    <w:rsid w:val="00CF2B4F"/>
    <w:rsid w:val="00CF601F"/>
    <w:rsid w:val="00D06BE6"/>
    <w:rsid w:val="00D12259"/>
    <w:rsid w:val="00D64071"/>
    <w:rsid w:val="00D7192F"/>
    <w:rsid w:val="00E060AF"/>
    <w:rsid w:val="00E07A1E"/>
    <w:rsid w:val="00F828BF"/>
    <w:rsid w:val="00F832F1"/>
    <w:rsid w:val="00FA28D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CAADD0"/>
  <w14:defaultImageDpi w14:val="330"/>
  <w15:docId w15:val="{6416B82E-3F49-473E-A4A9-183E5961D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C693F"/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t">
    <w:name w:val="Quote"/>
    <w:basedOn w:val="Normln"/>
    <w:next w:val="Normln"/>
    <w:link w:val="CittChar"/>
    <w:uiPriority w:val="29"/>
    <w:qFormat/>
    <w:rsid w:val="00FC693F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draznn">
    <w:name w:val="Emphasis"/>
    <w:basedOn w:val="Standardnpsmoodstavce"/>
    <w:uiPriority w:val="20"/>
    <w:qFormat/>
    <w:rsid w:val="00FC693F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Odkaznakoment">
    <w:name w:val="annotation reference"/>
    <w:basedOn w:val="Standardnpsmoodstavce"/>
    <w:uiPriority w:val="99"/>
    <w:semiHidden/>
    <w:unhideWhenUsed/>
    <w:rsid w:val="00705B7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05B75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05B75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05B7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05B75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05B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05B75"/>
    <w:rPr>
      <w:rFonts w:ascii="Segoe UI" w:hAnsi="Segoe UI" w:cs="Segoe UI"/>
      <w:sz w:val="18"/>
      <w:szCs w:val="18"/>
    </w:rPr>
  </w:style>
  <w:style w:type="paragraph" w:styleId="Revize">
    <w:name w:val="Revision"/>
    <w:hidden/>
    <w:uiPriority w:val="99"/>
    <w:semiHidden/>
    <w:rsid w:val="00CF601F"/>
    <w:pPr>
      <w:spacing w:after="0" w:line="240" w:lineRule="auto"/>
    </w:pPr>
  </w:style>
  <w:style w:type="character" w:styleId="Hypertextovodkaz">
    <w:name w:val="Hyperlink"/>
    <w:uiPriority w:val="99"/>
    <w:semiHidden/>
    <w:unhideWhenUsed/>
    <w:rsid w:val="000E50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07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34ED8A9-F957-434C-8A66-28D6B32EC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513</Words>
  <Characters>3029</Characters>
  <Application>Microsoft Office Word</Application>
  <DocSecurity>0</DocSecurity>
  <Lines>25</Lines>
  <Paragraphs>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3535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Uživatel systému Windows</cp:lastModifiedBy>
  <cp:revision>5</cp:revision>
  <cp:lastPrinted>2026-01-26T09:47:00Z</cp:lastPrinted>
  <dcterms:created xsi:type="dcterms:W3CDTF">2026-01-28T07:24:00Z</dcterms:created>
  <dcterms:modified xsi:type="dcterms:W3CDTF">2026-01-28T07:51:00Z</dcterms:modified>
  <cp:category/>
</cp:coreProperties>
</file>